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E26" w:rsidRPr="005837E3" w:rsidRDefault="00304982">
      <w:pPr>
        <w:spacing w:after="20"/>
        <w:jc w:val="center"/>
        <w:rPr>
          <w:sz w:val="28"/>
          <w:szCs w:val="28"/>
        </w:rPr>
      </w:pPr>
      <w:r w:rsidRPr="005837E3">
        <w:rPr>
          <w:b/>
          <w:color w:val="17365D"/>
          <w:sz w:val="28"/>
          <w:szCs w:val="28"/>
        </w:rPr>
        <w:t>KONYA TEKNİK ÜNİVERSİTESİ</w:t>
      </w:r>
    </w:p>
    <w:p w:rsidR="003B4E26" w:rsidRDefault="00304982">
      <w:pPr>
        <w:spacing w:after="20"/>
        <w:jc w:val="center"/>
      </w:pPr>
      <w:bookmarkStart w:id="0" w:name="_GoBack"/>
      <w:bookmarkEnd w:id="0"/>
      <w:r>
        <w:rPr>
          <w:b/>
          <w:color w:val="17365D"/>
          <w:sz w:val="26"/>
        </w:rPr>
        <w:t>EĞİTİCİ PERSONEL BİLDİRİM FORMU</w:t>
      </w:r>
    </w:p>
    <w:p w:rsidR="003B4E26" w:rsidRDefault="00304982">
      <w:pPr>
        <w:spacing w:after="100"/>
        <w:jc w:val="center"/>
      </w:pPr>
      <w:r>
        <w:rPr>
          <w:color w:val="5B6573"/>
        </w:rPr>
        <w:t>Üniversite bünyesindeki kurum içi eğitici kapasitesinin belirlenmesi amacıyla hazırlanmıştır.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67"/>
        <w:gridCol w:w="7767"/>
      </w:tblGrid>
      <w:tr w:rsidR="003B4E26">
        <w:trPr>
          <w:jc w:val="center"/>
        </w:trPr>
        <w:tc>
          <w:tcPr>
            <w:tcW w:w="77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 xml:space="preserve">Birim / Alt Birim: </w:t>
            </w:r>
            <w:r>
              <w:rPr>
                <w:color w:val="243447"/>
              </w:rPr>
              <w:t>....................................................................................................................</w:t>
            </w:r>
          </w:p>
        </w:tc>
        <w:tc>
          <w:tcPr>
            <w:tcW w:w="77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Tarih: ...........................................................................................................................</w:t>
            </w:r>
          </w:p>
        </w:tc>
      </w:tr>
      <w:tr w:rsidR="003B4E26">
        <w:trPr>
          <w:jc w:val="center"/>
        </w:trPr>
        <w:tc>
          <w:tcPr>
            <w:tcW w:w="77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Birim i</w:t>
            </w:r>
            <w:r>
              <w:rPr>
                <w:color w:val="243447"/>
              </w:rPr>
              <w:t>letişim bilgisi (e-posta / dahili telefon): .................................................................</w:t>
            </w:r>
          </w:p>
        </w:tc>
        <w:tc>
          <w:tcPr>
            <w:tcW w:w="77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İlgili birim yetkilisi: .....................................................................................................</w:t>
            </w:r>
          </w:p>
        </w:tc>
      </w:tr>
    </w:tbl>
    <w:p w:rsidR="003B4E26" w:rsidRDefault="00304982">
      <w:pPr>
        <w:spacing w:before="80" w:after="40"/>
      </w:pPr>
      <w:r>
        <w:rPr>
          <w:b/>
          <w:color w:val="17365D"/>
        </w:rPr>
        <w:t>DOLDURMA AÇIKLAMASI</w:t>
      </w:r>
      <w:r>
        <w:rPr>
          <w:b/>
          <w:color w:val="17365D"/>
        </w:rPr>
        <w:t xml:space="preserve">: </w:t>
      </w:r>
      <w:r>
        <w:rPr>
          <w:color w:val="243447"/>
        </w:rPr>
        <w:t>Eğitim verebileceği değerlendirilen personeli bildiriniz. Sertifika/belge sahibi olanların yanı sıra ilgili alanda bilgi, deneyim veya mesleki yetkinliği bulunan personel de bildirilebilir. Bildirim, tek başına görevlendirme anlamına gelmez.</w:t>
      </w:r>
    </w:p>
    <w:p w:rsidR="003B4E26" w:rsidRDefault="00304982">
      <w:pPr>
        <w:spacing w:after="60"/>
      </w:pPr>
      <w:r>
        <w:rPr>
          <w:color w:val="243447"/>
        </w:rPr>
        <w:t>☐</w:t>
      </w:r>
      <w:r>
        <w:rPr>
          <w:color w:val="243447"/>
        </w:rPr>
        <w:t xml:space="preserve"> Birimimizd</w:t>
      </w:r>
      <w:r>
        <w:rPr>
          <w:color w:val="243447"/>
        </w:rPr>
        <w:t>e eğitim verebilecek nitelikte personel bulunmamaktadır.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494"/>
        <w:gridCol w:w="2665"/>
        <w:gridCol w:w="3402"/>
        <w:gridCol w:w="4422"/>
      </w:tblGrid>
      <w:tr w:rsidR="003B4E26">
        <w:trPr>
          <w:jc w:val="center"/>
        </w:trPr>
        <w:tc>
          <w:tcPr>
            <w:tcW w:w="5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shd w:val="clear" w:color="auto" w:fill="17365D"/>
            <w:vAlign w:val="center"/>
          </w:tcPr>
          <w:p w:rsidR="003B4E26" w:rsidRDefault="00304982">
            <w:pPr>
              <w:spacing w:after="0"/>
              <w:jc w:val="center"/>
            </w:pPr>
            <w:r>
              <w:rPr>
                <w:b/>
                <w:color w:val="FFFFFF"/>
              </w:rPr>
              <w:t>Sıra</w:t>
            </w:r>
          </w:p>
        </w:tc>
        <w:tc>
          <w:tcPr>
            <w:tcW w:w="1701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shd w:val="clear" w:color="auto" w:fill="17365D"/>
            <w:vAlign w:val="center"/>
          </w:tcPr>
          <w:p w:rsidR="003B4E26" w:rsidRDefault="00304982">
            <w:pPr>
              <w:spacing w:after="0"/>
              <w:jc w:val="center"/>
            </w:pPr>
            <w:r>
              <w:rPr>
                <w:b/>
                <w:color w:val="FFFFFF"/>
              </w:rPr>
              <w:t>Adı soyadı</w:t>
            </w:r>
          </w:p>
        </w:tc>
        <w:tc>
          <w:tcPr>
            <w:tcW w:w="2494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shd w:val="clear" w:color="auto" w:fill="17365D"/>
            <w:vAlign w:val="center"/>
          </w:tcPr>
          <w:p w:rsidR="003B4E26" w:rsidRDefault="00304982">
            <w:pPr>
              <w:spacing w:after="0"/>
              <w:jc w:val="center"/>
            </w:pPr>
            <w:r>
              <w:rPr>
                <w:b/>
                <w:color w:val="FFFFFF"/>
              </w:rPr>
              <w:t>Unvanı / görev yaptığı birim</w:t>
            </w:r>
          </w:p>
        </w:tc>
        <w:tc>
          <w:tcPr>
            <w:tcW w:w="2665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shd w:val="clear" w:color="auto" w:fill="17365D"/>
            <w:vAlign w:val="center"/>
          </w:tcPr>
          <w:p w:rsidR="003B4E26" w:rsidRDefault="00304982">
            <w:pPr>
              <w:spacing w:after="0"/>
              <w:jc w:val="center"/>
            </w:pPr>
            <w:r>
              <w:rPr>
                <w:b/>
                <w:color w:val="FFFFFF"/>
              </w:rPr>
              <w:t>Eğitim verebileceği konu(lar)</w:t>
            </w:r>
          </w:p>
        </w:tc>
        <w:tc>
          <w:tcPr>
            <w:tcW w:w="340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shd w:val="clear" w:color="auto" w:fill="17365D"/>
            <w:vAlign w:val="center"/>
          </w:tcPr>
          <w:p w:rsidR="003B4E26" w:rsidRDefault="00304982">
            <w:pPr>
              <w:spacing w:after="0"/>
              <w:jc w:val="center"/>
            </w:pPr>
            <w:r>
              <w:rPr>
                <w:b/>
                <w:color w:val="FFFFFF"/>
              </w:rPr>
              <w:t>Uzmanlık / deneyim / görev bilgisi</w:t>
            </w:r>
          </w:p>
        </w:tc>
        <w:tc>
          <w:tcPr>
            <w:tcW w:w="442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shd w:val="clear" w:color="auto" w:fill="17365D"/>
            <w:vAlign w:val="center"/>
          </w:tcPr>
          <w:p w:rsidR="003B4E26" w:rsidRDefault="00304982">
            <w:pPr>
              <w:spacing w:after="0"/>
              <w:jc w:val="center"/>
            </w:pPr>
            <w:r>
              <w:rPr>
                <w:b/>
                <w:color w:val="FFFFFF"/>
              </w:rPr>
              <w:t>Eğitici eğitimi, sertifika veya belge bilgisi</w:t>
            </w:r>
          </w:p>
        </w:tc>
      </w:tr>
      <w:tr w:rsidR="003B4E26">
        <w:trPr>
          <w:jc w:val="center"/>
        </w:trPr>
        <w:tc>
          <w:tcPr>
            <w:tcW w:w="5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1</w:t>
            </w:r>
          </w:p>
        </w:tc>
        <w:tc>
          <w:tcPr>
            <w:tcW w:w="1701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494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665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340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442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</w:tr>
      <w:tr w:rsidR="003B4E26">
        <w:trPr>
          <w:jc w:val="center"/>
        </w:trPr>
        <w:tc>
          <w:tcPr>
            <w:tcW w:w="5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2</w:t>
            </w:r>
          </w:p>
        </w:tc>
        <w:tc>
          <w:tcPr>
            <w:tcW w:w="1701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494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665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340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442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</w:tr>
      <w:tr w:rsidR="003B4E26">
        <w:trPr>
          <w:jc w:val="center"/>
        </w:trPr>
        <w:tc>
          <w:tcPr>
            <w:tcW w:w="5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3</w:t>
            </w:r>
          </w:p>
        </w:tc>
        <w:tc>
          <w:tcPr>
            <w:tcW w:w="1701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494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665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340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442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</w:tr>
      <w:tr w:rsidR="003B4E26">
        <w:trPr>
          <w:jc w:val="center"/>
        </w:trPr>
        <w:tc>
          <w:tcPr>
            <w:tcW w:w="5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4</w:t>
            </w:r>
          </w:p>
        </w:tc>
        <w:tc>
          <w:tcPr>
            <w:tcW w:w="1701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494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665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340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442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</w:tr>
      <w:tr w:rsidR="003B4E26">
        <w:trPr>
          <w:jc w:val="center"/>
        </w:trPr>
        <w:tc>
          <w:tcPr>
            <w:tcW w:w="5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5</w:t>
            </w:r>
          </w:p>
        </w:tc>
        <w:tc>
          <w:tcPr>
            <w:tcW w:w="1701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494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2665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340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  <w:tc>
          <w:tcPr>
            <w:tcW w:w="4422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  <w:vAlign w:val="center"/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  <w:r>
              <w:rPr>
                <w:color w:val="243447"/>
              </w:rPr>
              <w:br/>
            </w:r>
          </w:p>
        </w:tc>
      </w:tr>
    </w:tbl>
    <w:p w:rsidR="003B4E26" w:rsidRDefault="00304982">
      <w:pPr>
        <w:spacing w:before="80" w:after="40"/>
      </w:pPr>
      <w:r>
        <w:rPr>
          <w:b/>
          <w:color w:val="17365D"/>
        </w:rPr>
        <w:t>Belge / sertifika veya diğer açıklamalar (varsa):</w:t>
      </w:r>
    </w:p>
    <w:p w:rsidR="003B4E26" w:rsidRDefault="00304982">
      <w:pPr>
        <w:spacing w:after="60"/>
      </w:pPr>
      <w:r>
        <w:rPr>
          <w:color w:val="243447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243447"/>
        </w:rPr>
        <w:t>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67"/>
        <w:gridCol w:w="7767"/>
      </w:tblGrid>
      <w:tr w:rsidR="003B4E26">
        <w:trPr>
          <w:jc w:val="center"/>
        </w:trPr>
        <w:tc>
          <w:tcPr>
            <w:tcW w:w="77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Birim yetkilisinin adı soyadı / unvanı: ........................................................................</w:t>
            </w:r>
          </w:p>
        </w:tc>
        <w:tc>
          <w:tcPr>
            <w:tcW w:w="7767" w:type="dxa"/>
            <w:tcBorders>
              <w:top w:val="single" w:sz="6" w:space="0" w:color="9EADBC"/>
              <w:left w:val="single" w:sz="6" w:space="0" w:color="9EADBC"/>
              <w:bottom w:val="single" w:sz="6" w:space="0" w:color="9EADBC"/>
              <w:right w:val="single" w:sz="6" w:space="0" w:color="9EADBC"/>
            </w:tcBorders>
          </w:tcPr>
          <w:p w:rsidR="003B4E26" w:rsidRDefault="00304982">
            <w:pPr>
              <w:spacing w:after="0"/>
            </w:pPr>
            <w:r>
              <w:rPr>
                <w:color w:val="243447"/>
              </w:rPr>
              <w:t>Onay / İmza: .........................................................................................</w:t>
            </w:r>
            <w:r>
              <w:rPr>
                <w:color w:val="243447"/>
              </w:rPr>
              <w:t>...............</w:t>
            </w:r>
          </w:p>
        </w:tc>
      </w:tr>
    </w:tbl>
    <w:p w:rsidR="00304982" w:rsidRDefault="00304982"/>
    <w:sectPr w:rsidR="00304982" w:rsidSect="00034616">
      <w:footerReference w:type="default" r:id="rId8"/>
      <w:pgSz w:w="16838" w:h="11906" w:orient="landscape"/>
      <w:pgMar w:top="567" w:right="652" w:bottom="567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982" w:rsidRDefault="00304982">
      <w:pPr>
        <w:spacing w:after="0" w:line="240" w:lineRule="auto"/>
      </w:pPr>
      <w:r>
        <w:separator/>
      </w:r>
    </w:p>
  </w:endnote>
  <w:endnote w:type="continuationSeparator" w:id="0">
    <w:p w:rsidR="00304982" w:rsidRDefault="00304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E26" w:rsidRDefault="00304982">
    <w:pPr>
      <w:pStyle w:val="AltBilgi"/>
      <w:jc w:val="center"/>
    </w:pPr>
    <w:r>
      <w:rPr>
        <w:color w:val="5B6573"/>
        <w:sz w:val="14"/>
      </w:rPr>
      <w:t xml:space="preserve">Konya Teknik Üniversitesi | </w:t>
    </w:r>
    <w:r w:rsidR="005837E3">
      <w:rPr>
        <w:color w:val="5B6573"/>
        <w:sz w:val="14"/>
      </w:rPr>
      <w:t xml:space="preserve">Personel Daire Başkanlığı | </w:t>
    </w:r>
    <w:r>
      <w:rPr>
        <w:color w:val="5B6573"/>
        <w:sz w:val="14"/>
      </w:rPr>
      <w:t>EĞİTİCİ PERSONEL BİLDİRİM FORMU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982" w:rsidRDefault="00304982">
      <w:pPr>
        <w:spacing w:after="0" w:line="240" w:lineRule="auto"/>
      </w:pPr>
      <w:r>
        <w:separator/>
      </w:r>
    </w:p>
  </w:footnote>
  <w:footnote w:type="continuationSeparator" w:id="0">
    <w:p w:rsidR="00304982" w:rsidRDefault="003049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4982"/>
    <w:rsid w:val="00326F90"/>
    <w:rsid w:val="003B4E26"/>
    <w:rsid w:val="005837E3"/>
    <w:rsid w:val="0063735F"/>
    <w:rsid w:val="0097687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5296E"/>
  <w14:defaultImageDpi w14:val="300"/>
  <w15:docId w15:val="{C417B147-C717-4EA5-8DD0-F88705F8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099B78-8F1A-4585-B946-460297BB8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Ahmet Nazlıgül</cp:lastModifiedBy>
  <cp:revision>2</cp:revision>
  <dcterms:created xsi:type="dcterms:W3CDTF">2026-10-14T14:07:00Z</dcterms:created>
  <dcterms:modified xsi:type="dcterms:W3CDTF">2026-10-14T14:07:00Z</dcterms:modified>
  <cp:category/>
</cp:coreProperties>
</file>